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30F91" w14:textId="6A1FF303" w:rsidR="009C2523" w:rsidRPr="002146AA" w:rsidRDefault="002138F5" w:rsidP="002146AA">
      <w:pPr>
        <w:jc w:val="center"/>
        <w:rPr>
          <w:rFonts w:ascii="Raleway" w:hAnsi="Raleway"/>
          <w:b/>
          <w:bCs/>
          <w:color w:val="C00000"/>
          <w:lang w:val="es-CL"/>
        </w:rPr>
      </w:pPr>
      <w:r w:rsidRPr="002146AA">
        <w:rPr>
          <w:rFonts w:ascii="Raleway" w:hAnsi="Raleway"/>
          <w:b/>
          <w:bCs/>
          <w:color w:val="C00000"/>
          <w:lang w:val="es-CL"/>
        </w:rPr>
        <w:t xml:space="preserve">CERTIFICADO DE </w:t>
      </w:r>
      <w:r w:rsidR="002146AA" w:rsidRPr="002146AA">
        <w:rPr>
          <w:rFonts w:ascii="Raleway" w:hAnsi="Raleway"/>
          <w:b/>
          <w:bCs/>
          <w:color w:val="C00000"/>
          <w:lang w:val="es-CL"/>
        </w:rPr>
        <w:t>DESEMPEÑO</w:t>
      </w:r>
      <w:r w:rsidRPr="002146AA">
        <w:rPr>
          <w:rFonts w:ascii="Raleway" w:hAnsi="Raleway"/>
          <w:b/>
          <w:bCs/>
          <w:color w:val="C00000"/>
          <w:lang w:val="es-CL"/>
        </w:rPr>
        <w:t xml:space="preserve"> ACADÉMICO</w:t>
      </w:r>
    </w:p>
    <w:p w14:paraId="22B7F5DF" w14:textId="77777777" w:rsidR="002146AA" w:rsidRDefault="002146AA">
      <w:pPr>
        <w:rPr>
          <w:rFonts w:ascii="Raleway" w:hAnsi="Raleway"/>
          <w:lang w:val="es-CL"/>
        </w:rPr>
      </w:pPr>
    </w:p>
    <w:p w14:paraId="77F4CE94" w14:textId="66BAAE27" w:rsidR="009C2523" w:rsidRPr="002146AA" w:rsidRDefault="002138F5" w:rsidP="002146AA">
      <w:pPr>
        <w:jc w:val="both"/>
        <w:rPr>
          <w:rFonts w:ascii="Raleway" w:hAnsi="Raleway"/>
          <w:lang w:val="es-CL"/>
        </w:rPr>
      </w:pPr>
      <w:r w:rsidRPr="002146AA">
        <w:rPr>
          <w:rFonts w:ascii="Raleway" w:hAnsi="Raleway"/>
          <w:lang w:val="es-CL"/>
        </w:rPr>
        <w:t>El establecimiento educacional ____________________________________________,</w:t>
      </w:r>
    </w:p>
    <w:p w14:paraId="05A60DF0" w14:textId="77777777" w:rsidR="009C2523" w:rsidRPr="002146AA" w:rsidRDefault="002138F5" w:rsidP="002146AA">
      <w:pPr>
        <w:jc w:val="both"/>
        <w:rPr>
          <w:rFonts w:ascii="Raleway" w:hAnsi="Raleway"/>
          <w:lang w:val="es-CL"/>
        </w:rPr>
      </w:pPr>
      <w:r w:rsidRPr="002146AA">
        <w:rPr>
          <w:rFonts w:ascii="Raleway" w:hAnsi="Raleway"/>
          <w:lang w:val="es-CL"/>
        </w:rPr>
        <w:t>RBD ____________________, certifica que el/la estudiante:</w:t>
      </w:r>
    </w:p>
    <w:p w14:paraId="4E716191" w14:textId="77777777" w:rsidR="009C2523" w:rsidRPr="002146AA" w:rsidRDefault="009C2523" w:rsidP="002146AA">
      <w:pPr>
        <w:jc w:val="both"/>
        <w:rPr>
          <w:rFonts w:ascii="Raleway" w:hAnsi="Raleway"/>
          <w:lang w:val="es-CL"/>
        </w:rPr>
      </w:pPr>
    </w:p>
    <w:p w14:paraId="6EB8C60C" w14:textId="4EC0EF04" w:rsidR="009C2523" w:rsidRPr="002146AA" w:rsidRDefault="002138F5" w:rsidP="002146AA">
      <w:pPr>
        <w:jc w:val="both"/>
        <w:rPr>
          <w:rFonts w:ascii="Raleway" w:hAnsi="Raleway"/>
          <w:lang w:val="es-CL"/>
        </w:rPr>
      </w:pPr>
      <w:r w:rsidRPr="002146AA">
        <w:rPr>
          <w:rFonts w:ascii="Raleway" w:hAnsi="Raleway"/>
          <w:lang w:val="es-CL"/>
        </w:rPr>
        <w:t>Nombre</w:t>
      </w:r>
      <w:r w:rsidR="002146AA">
        <w:rPr>
          <w:rFonts w:ascii="Raleway" w:hAnsi="Raleway"/>
          <w:lang w:val="es-CL"/>
        </w:rPr>
        <w:tab/>
      </w:r>
      <w:r w:rsidRPr="002146AA">
        <w:rPr>
          <w:rFonts w:ascii="Raleway" w:hAnsi="Raleway"/>
          <w:lang w:val="es-CL"/>
        </w:rPr>
        <w:t xml:space="preserve">: </w:t>
      </w:r>
      <w:r w:rsidRPr="002146AA">
        <w:rPr>
          <w:rFonts w:ascii="Raleway" w:hAnsi="Raleway"/>
          <w:lang w:val="es-CL"/>
        </w:rPr>
        <w:t>____________________________________________</w:t>
      </w:r>
    </w:p>
    <w:p w14:paraId="4192BA69" w14:textId="048E41D6" w:rsidR="009C2523" w:rsidRPr="002146AA" w:rsidRDefault="002138F5" w:rsidP="002146AA">
      <w:pPr>
        <w:jc w:val="both"/>
        <w:rPr>
          <w:rFonts w:ascii="Raleway" w:hAnsi="Raleway"/>
          <w:lang w:val="es-CL"/>
        </w:rPr>
      </w:pPr>
      <w:r w:rsidRPr="002146AA">
        <w:rPr>
          <w:rFonts w:ascii="Raleway" w:hAnsi="Raleway"/>
          <w:lang w:val="es-CL"/>
        </w:rPr>
        <w:t>RUT</w:t>
      </w:r>
      <w:r w:rsidR="002146AA">
        <w:rPr>
          <w:rFonts w:ascii="Raleway" w:hAnsi="Raleway"/>
          <w:lang w:val="es-CL"/>
        </w:rPr>
        <w:tab/>
      </w:r>
      <w:r w:rsidR="002146AA">
        <w:rPr>
          <w:rFonts w:ascii="Raleway" w:hAnsi="Raleway"/>
          <w:lang w:val="es-CL"/>
        </w:rPr>
        <w:tab/>
      </w:r>
      <w:r w:rsidRPr="002146AA">
        <w:rPr>
          <w:rFonts w:ascii="Raleway" w:hAnsi="Raleway"/>
          <w:lang w:val="es-CL"/>
        </w:rPr>
        <w:t>: ____________________________</w:t>
      </w:r>
    </w:p>
    <w:p w14:paraId="32E3B638" w14:textId="77777777" w:rsidR="002146AA" w:rsidRDefault="002146AA" w:rsidP="002146AA">
      <w:pPr>
        <w:jc w:val="both"/>
        <w:rPr>
          <w:rFonts w:ascii="Raleway" w:hAnsi="Raleway"/>
          <w:lang w:val="es-CL"/>
        </w:rPr>
      </w:pPr>
    </w:p>
    <w:p w14:paraId="42392FBA" w14:textId="2B5B3A0E" w:rsidR="009C2523" w:rsidRPr="002146AA" w:rsidRDefault="002146AA" w:rsidP="002146AA">
      <w:pPr>
        <w:jc w:val="both"/>
        <w:rPr>
          <w:rFonts w:ascii="Raleway" w:hAnsi="Raleway"/>
          <w:lang w:val="es-CL"/>
        </w:rPr>
      </w:pPr>
      <w:r>
        <w:rPr>
          <w:rFonts w:ascii="Raleway" w:hAnsi="Raleway"/>
          <w:lang w:val="es-CL"/>
        </w:rPr>
        <w:t>Tiene cuenta con un promedio de de notas de enseña media de _________. En caso de contar con ranking, también se certifica que este promedio está</w:t>
      </w:r>
      <w:r w:rsidR="002138F5" w:rsidRPr="002146AA">
        <w:rPr>
          <w:rFonts w:ascii="Raleway" w:hAnsi="Raleway"/>
          <w:lang w:val="es-CL"/>
        </w:rPr>
        <w:t xml:space="preserve"> _____% superior de su curso</w:t>
      </w:r>
      <w:r>
        <w:rPr>
          <w:rFonts w:ascii="Raleway" w:hAnsi="Raleway"/>
          <w:lang w:val="es-CL"/>
        </w:rPr>
        <w:t xml:space="preserve"> o generación.</w:t>
      </w:r>
    </w:p>
    <w:p w14:paraId="49C902E8" w14:textId="65CEEF58" w:rsidR="009C2523" w:rsidRPr="002146AA" w:rsidRDefault="002138F5" w:rsidP="002146AA">
      <w:pPr>
        <w:jc w:val="both"/>
        <w:rPr>
          <w:rFonts w:ascii="Raleway" w:hAnsi="Raleway"/>
          <w:lang w:val="es-CL"/>
        </w:rPr>
      </w:pPr>
      <w:r w:rsidRPr="002146AA">
        <w:rPr>
          <w:rFonts w:ascii="Raleway" w:hAnsi="Raleway"/>
          <w:lang w:val="es-CL"/>
        </w:rPr>
        <w:t>Este certificado se emite para fines de po</w:t>
      </w:r>
      <w:r w:rsidRPr="002146AA">
        <w:rPr>
          <w:rFonts w:ascii="Raleway" w:hAnsi="Raleway"/>
          <w:lang w:val="es-CL"/>
        </w:rPr>
        <w:t>stulación al Programa de Atracción de Talento Pedagógico “Quiero Ser Docente” de la Universidad de Chile.</w:t>
      </w:r>
    </w:p>
    <w:p w14:paraId="3F815187" w14:textId="77777777" w:rsidR="009C2523" w:rsidRPr="002146AA" w:rsidRDefault="002138F5" w:rsidP="002146AA">
      <w:pPr>
        <w:jc w:val="both"/>
        <w:rPr>
          <w:rFonts w:ascii="Raleway" w:hAnsi="Raleway"/>
          <w:lang w:val="es-CL"/>
        </w:rPr>
      </w:pPr>
      <w:r w:rsidRPr="002146AA">
        <w:rPr>
          <w:rFonts w:ascii="Raleway" w:hAnsi="Raleway"/>
          <w:lang w:val="es-CL"/>
        </w:rPr>
        <w:t>Se extiende el presente documento a solicitud del/la interesado/a para los fines que estime convenientes.</w:t>
      </w:r>
    </w:p>
    <w:p w14:paraId="5F217A50" w14:textId="77777777" w:rsidR="009C2523" w:rsidRPr="002146AA" w:rsidRDefault="009C2523" w:rsidP="002146AA">
      <w:pPr>
        <w:jc w:val="both"/>
        <w:rPr>
          <w:rFonts w:ascii="Raleway" w:hAnsi="Raleway"/>
          <w:lang w:val="es-CL"/>
        </w:rPr>
      </w:pPr>
    </w:p>
    <w:p w14:paraId="225E39D6" w14:textId="77777777" w:rsidR="009C2523" w:rsidRPr="002146AA" w:rsidRDefault="002138F5" w:rsidP="002146AA">
      <w:pPr>
        <w:spacing w:after="0"/>
        <w:jc w:val="both"/>
        <w:rPr>
          <w:rFonts w:ascii="Raleway" w:hAnsi="Raleway"/>
          <w:lang w:val="es-CL"/>
        </w:rPr>
      </w:pPr>
      <w:r w:rsidRPr="002146AA">
        <w:rPr>
          <w:rFonts w:ascii="Raleway" w:hAnsi="Raleway"/>
          <w:lang w:val="es-CL"/>
        </w:rPr>
        <w:t>Nombre del establecimiento: ______________</w:t>
      </w:r>
      <w:r w:rsidRPr="002146AA">
        <w:rPr>
          <w:rFonts w:ascii="Raleway" w:hAnsi="Raleway"/>
          <w:lang w:val="es-CL"/>
        </w:rPr>
        <w:t>__________________________</w:t>
      </w:r>
    </w:p>
    <w:p w14:paraId="13DD9A5D" w14:textId="77777777" w:rsidR="009C2523" w:rsidRPr="002146AA" w:rsidRDefault="009C2523" w:rsidP="002146AA">
      <w:pPr>
        <w:spacing w:after="0"/>
        <w:jc w:val="both"/>
        <w:rPr>
          <w:rFonts w:ascii="Raleway" w:hAnsi="Raleway"/>
          <w:lang w:val="es-CL"/>
        </w:rPr>
      </w:pPr>
    </w:p>
    <w:p w14:paraId="3777B089" w14:textId="77777777" w:rsidR="009C2523" w:rsidRPr="002146AA" w:rsidRDefault="002138F5" w:rsidP="002146AA">
      <w:pPr>
        <w:spacing w:after="0"/>
        <w:jc w:val="both"/>
        <w:rPr>
          <w:rFonts w:ascii="Raleway" w:hAnsi="Raleway"/>
          <w:lang w:val="es-CL"/>
        </w:rPr>
      </w:pPr>
      <w:r w:rsidRPr="002146AA">
        <w:rPr>
          <w:rFonts w:ascii="Raleway" w:hAnsi="Raleway"/>
          <w:lang w:val="es-CL"/>
        </w:rPr>
        <w:t>Nombre y cargo de quien certifica: __________________________________</w:t>
      </w:r>
    </w:p>
    <w:p w14:paraId="05BC4DF1" w14:textId="77777777" w:rsidR="009C2523" w:rsidRPr="002146AA" w:rsidRDefault="009C2523" w:rsidP="002146AA">
      <w:pPr>
        <w:spacing w:after="0"/>
        <w:jc w:val="both"/>
        <w:rPr>
          <w:rFonts w:ascii="Raleway" w:hAnsi="Raleway"/>
          <w:lang w:val="es-CL"/>
        </w:rPr>
      </w:pPr>
    </w:p>
    <w:p w14:paraId="2406C5AF" w14:textId="77777777" w:rsidR="009C2523" w:rsidRPr="002146AA" w:rsidRDefault="002138F5" w:rsidP="002146AA">
      <w:pPr>
        <w:spacing w:after="0"/>
        <w:jc w:val="both"/>
        <w:rPr>
          <w:rFonts w:ascii="Raleway" w:hAnsi="Raleway"/>
          <w:lang w:val="es-CL"/>
        </w:rPr>
      </w:pPr>
      <w:r w:rsidRPr="002146AA">
        <w:rPr>
          <w:rFonts w:ascii="Raleway" w:hAnsi="Raleway"/>
          <w:lang w:val="es-CL"/>
        </w:rPr>
        <w:t>Firma: ____________________________________________</w:t>
      </w:r>
    </w:p>
    <w:p w14:paraId="32DA87B8" w14:textId="77777777" w:rsidR="009C2523" w:rsidRPr="002146AA" w:rsidRDefault="009C2523" w:rsidP="002146AA">
      <w:pPr>
        <w:spacing w:after="0"/>
        <w:jc w:val="both"/>
        <w:rPr>
          <w:rFonts w:ascii="Raleway" w:hAnsi="Raleway"/>
          <w:lang w:val="es-CL"/>
        </w:rPr>
      </w:pPr>
    </w:p>
    <w:p w14:paraId="049559B7" w14:textId="77777777" w:rsidR="009C2523" w:rsidRPr="002146AA" w:rsidRDefault="002138F5" w:rsidP="002146AA">
      <w:pPr>
        <w:spacing w:after="0"/>
        <w:jc w:val="both"/>
        <w:rPr>
          <w:rFonts w:ascii="Raleway" w:hAnsi="Raleway"/>
          <w:lang w:val="es-CL"/>
        </w:rPr>
      </w:pPr>
      <w:r w:rsidRPr="002146AA">
        <w:rPr>
          <w:rFonts w:ascii="Raleway" w:hAnsi="Raleway"/>
          <w:lang w:val="es-CL"/>
        </w:rPr>
        <w:t>Fecha: ____ / ____ / ______</w:t>
      </w:r>
    </w:p>
    <w:p w14:paraId="709F79F9" w14:textId="77777777" w:rsidR="009C2523" w:rsidRPr="002146AA" w:rsidRDefault="009C2523">
      <w:pPr>
        <w:rPr>
          <w:rFonts w:ascii="Raleway" w:hAnsi="Raleway"/>
          <w:lang w:val="es-CL"/>
        </w:rPr>
      </w:pPr>
    </w:p>
    <w:sectPr w:rsidR="009C2523" w:rsidRPr="002146AA" w:rsidSect="0003461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87E976" w14:textId="77777777" w:rsidR="002138F5" w:rsidRDefault="002138F5" w:rsidP="002146AA">
      <w:pPr>
        <w:spacing w:after="0" w:line="240" w:lineRule="auto"/>
      </w:pPr>
      <w:r>
        <w:separator/>
      </w:r>
    </w:p>
  </w:endnote>
  <w:endnote w:type="continuationSeparator" w:id="0">
    <w:p w14:paraId="56846B7A" w14:textId="77777777" w:rsidR="002138F5" w:rsidRDefault="002138F5" w:rsidP="002146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Raleway">
    <w:charset w:val="00"/>
    <w:family w:val="auto"/>
    <w:pitch w:val="variable"/>
    <w:sig w:usb0="A00002FF" w:usb1="5000205B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166EA5" w14:textId="77777777" w:rsidR="002146AA" w:rsidRDefault="002146A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22B59D" w14:textId="77777777" w:rsidR="002146AA" w:rsidRDefault="002146AA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F006DC" w14:textId="77777777" w:rsidR="002146AA" w:rsidRDefault="002146A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8042E5" w14:textId="77777777" w:rsidR="002138F5" w:rsidRDefault="002138F5" w:rsidP="002146AA">
      <w:pPr>
        <w:spacing w:after="0" w:line="240" w:lineRule="auto"/>
      </w:pPr>
      <w:r>
        <w:separator/>
      </w:r>
    </w:p>
  </w:footnote>
  <w:footnote w:type="continuationSeparator" w:id="0">
    <w:p w14:paraId="4808BE2C" w14:textId="77777777" w:rsidR="002138F5" w:rsidRDefault="002138F5" w:rsidP="002146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0F590" w14:textId="1CBF770D" w:rsidR="002146AA" w:rsidRDefault="002146AA">
    <w:pPr>
      <w:pStyle w:val="Encabezado"/>
    </w:pPr>
    <w:r>
      <w:rPr>
        <w:noProof/>
      </w:rPr>
      <w:pict w14:anchorId="7846EE9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29673969" o:spid="_x0000_s2050" type="#_x0000_t75" style="position:absolute;margin-left:0;margin-top:0;width:612.5pt;height:792.5pt;z-index:-251657216;mso-position-horizontal:center;mso-position-horizontal-relative:margin;mso-position-vertical:center;mso-position-vertical-relative:margin" o:allowincell="f">
          <v:imagedata r:id="rId1" o:title="Quiero Ser Docente_plantilla-R-10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0EDA87" w14:textId="543CBC0D" w:rsidR="002146AA" w:rsidRDefault="002146AA">
    <w:pPr>
      <w:pStyle w:val="Encabezado"/>
    </w:pPr>
    <w:r>
      <w:rPr>
        <w:noProof/>
      </w:rPr>
      <w:pict w14:anchorId="39070F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29673970" o:spid="_x0000_s2051" type="#_x0000_t75" style="position:absolute;margin-left:0;margin-top:0;width:612.5pt;height:792.5pt;z-index:-251656192;mso-position-horizontal:center;mso-position-horizontal-relative:margin;mso-position-vertical:center;mso-position-vertical-relative:margin" o:allowincell="f">
          <v:imagedata r:id="rId1" o:title="Quiero Ser Docente_plantilla-R-10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8A707C" w14:textId="6343CF0E" w:rsidR="002146AA" w:rsidRDefault="002146AA">
    <w:pPr>
      <w:pStyle w:val="Encabezado"/>
    </w:pPr>
    <w:r>
      <w:rPr>
        <w:noProof/>
      </w:rPr>
      <w:pict w14:anchorId="3B6B419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29673968" o:spid="_x0000_s2049" type="#_x0000_t75" style="position:absolute;margin-left:0;margin-top:0;width:612.5pt;height:792.5pt;z-index:-251658240;mso-position-horizontal:center;mso-position-horizontal-relative:margin;mso-position-vertical:center;mso-position-vertical-relative:margin" o:allowincell="f">
          <v:imagedata r:id="rId1" o:title="Quiero Ser Docente_plantilla-R-10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aconnme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aconnme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aconvieta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aconvieta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15074B"/>
    <w:rsid w:val="002138F5"/>
    <w:rsid w:val="002146AA"/>
    <w:rsid w:val="0029639D"/>
    <w:rsid w:val="00326F90"/>
    <w:rsid w:val="009C2523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6498F8FC"/>
  <w14:defaultImageDpi w14:val="300"/>
  <w15:docId w15:val="{315A8862-37EE-4B10-9F3E-323D7F1E72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Ttulo1">
    <w:name w:val="heading 1"/>
    <w:basedOn w:val="Normal"/>
    <w:next w:val="Normal"/>
    <w:link w:val="Ttulo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618BF"/>
  </w:style>
  <w:style w:type="paragraph" w:styleId="Piedepgina">
    <w:name w:val="footer"/>
    <w:basedOn w:val="Normal"/>
    <w:link w:val="Piedepgina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618BF"/>
  </w:style>
  <w:style w:type="paragraph" w:styleId="Sinespaciado">
    <w:name w:val="No Spacing"/>
    <w:uiPriority w:val="1"/>
    <w:qFormat/>
    <w:rsid w:val="00FC693F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">
    <w:name w:val="Title"/>
    <w:basedOn w:val="Normal"/>
    <w:next w:val="Normal"/>
    <w:link w:val="Ttulo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rrafodelista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99"/>
    <w:unhideWhenUsed/>
    <w:rsid w:val="00AA1D8D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AA1D8D"/>
  </w:style>
  <w:style w:type="paragraph" w:styleId="Textoindependiente2">
    <w:name w:val="Body Text 2"/>
    <w:basedOn w:val="Normal"/>
    <w:link w:val="Textoindependiente2Car"/>
    <w:uiPriority w:val="99"/>
    <w:unhideWhenUsed/>
    <w:rsid w:val="00AA1D8D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AA1D8D"/>
  </w:style>
  <w:style w:type="paragraph" w:styleId="Textoindependiente3">
    <w:name w:val="Body Text 3"/>
    <w:basedOn w:val="Normal"/>
    <w:link w:val="Textoindependien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AA1D8D"/>
    <w:rPr>
      <w:sz w:val="16"/>
      <w:szCs w:val="16"/>
    </w:rPr>
  </w:style>
  <w:style w:type="paragraph" w:styleId="Lista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aconvieta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aconvieta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aconvieta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aconnme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aconnme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aconnme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Continuarlista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Continuarlista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Continuarlista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omacro">
    <w:name w:val="macro"/>
    <w:link w:val="Texto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omacroCar">
    <w:name w:val="Texto macro Car"/>
    <w:basedOn w:val="Fuentedeprrafopredeter"/>
    <w:link w:val="Textomacro"/>
    <w:uiPriority w:val="99"/>
    <w:rsid w:val="0029639D"/>
    <w:rPr>
      <w:rFonts w:ascii="Courier" w:hAnsi="Courier"/>
      <w:sz w:val="20"/>
      <w:szCs w:val="20"/>
    </w:rPr>
  </w:style>
  <w:style w:type="paragraph" w:styleId="Cita">
    <w:name w:val="Quote"/>
    <w:basedOn w:val="Normal"/>
    <w:next w:val="Normal"/>
    <w:link w:val="CitaCar"/>
    <w:uiPriority w:val="29"/>
    <w:qFormat/>
    <w:rsid w:val="00FC693F"/>
    <w:rPr>
      <w:i/>
      <w:iCs/>
      <w:color w:val="000000" w:themeColor="text1"/>
    </w:rPr>
  </w:style>
  <w:style w:type="character" w:customStyle="1" w:styleId="CitaCar">
    <w:name w:val="Cita Car"/>
    <w:basedOn w:val="Fuentedeprrafopredeter"/>
    <w:link w:val="Cita"/>
    <w:uiPriority w:val="29"/>
    <w:rsid w:val="00FC693F"/>
    <w:rPr>
      <w:i/>
      <w:iCs/>
      <w:color w:val="000000" w:themeColor="text1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Textoennegrita">
    <w:name w:val="Strong"/>
    <w:basedOn w:val="Fuentedeprrafopredeter"/>
    <w:uiPriority w:val="22"/>
    <w:qFormat/>
    <w:rsid w:val="00FC693F"/>
    <w:rPr>
      <w:b/>
      <w:bCs/>
    </w:rPr>
  </w:style>
  <w:style w:type="character" w:styleId="nfasis">
    <w:name w:val="Emphasis"/>
    <w:basedOn w:val="Fuentedeprrafopredeter"/>
    <w:uiPriority w:val="20"/>
    <w:qFormat/>
    <w:rsid w:val="00FC693F"/>
    <w:rPr>
      <w:i/>
      <w:iCs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C693F"/>
    <w:rPr>
      <w:b/>
      <w:bCs/>
      <w:i/>
      <w:iCs/>
      <w:color w:val="4F81BD" w:themeColor="accent1"/>
    </w:rPr>
  </w:style>
  <w:style w:type="character" w:styleId="nfasissutil">
    <w:name w:val="Subtle Emphasis"/>
    <w:basedOn w:val="Fuentedeprrafopredeter"/>
    <w:uiPriority w:val="19"/>
    <w:qFormat/>
    <w:rsid w:val="00FC693F"/>
    <w:rPr>
      <w:i/>
      <w:iCs/>
      <w:color w:val="808080" w:themeColor="text1" w:themeTint="7F"/>
    </w:rPr>
  </w:style>
  <w:style w:type="character" w:styleId="nfasisintenso">
    <w:name w:val="Intense Emphasis"/>
    <w:basedOn w:val="Fuentedeprrafopredeter"/>
    <w:uiPriority w:val="21"/>
    <w:qFormat/>
    <w:rsid w:val="00FC693F"/>
    <w:rPr>
      <w:b/>
      <w:bCs/>
      <w:i/>
      <w:iCs/>
      <w:color w:val="4F81BD" w:themeColor="accent1"/>
    </w:rPr>
  </w:style>
  <w:style w:type="character" w:styleId="Referenciasutil">
    <w:name w:val="Subtle Reference"/>
    <w:basedOn w:val="Fuentedeprrafopredeter"/>
    <w:uiPriority w:val="31"/>
    <w:qFormat/>
    <w:rsid w:val="00FC693F"/>
    <w:rPr>
      <w:smallCaps/>
      <w:color w:val="C0504D" w:themeColor="accent2"/>
      <w:u w:val="single"/>
    </w:rPr>
  </w:style>
  <w:style w:type="character" w:styleId="Referenciaintensa">
    <w:name w:val="Intense Reference"/>
    <w:basedOn w:val="Fuentedeprrafopredeter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FC693F"/>
    <w:rPr>
      <w:b/>
      <w:bCs/>
      <w:smallCaps/>
      <w:spacing w:val="5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FC693F"/>
    <w:pPr>
      <w:outlineLvl w:val="9"/>
    </w:pPr>
  </w:style>
  <w:style w:type="table" w:styleId="Tablaconcuadrcula">
    <w:name w:val="Table Grid"/>
    <w:basedOn w:val="Tabla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doclaro">
    <w:name w:val="Light Shading"/>
    <w:basedOn w:val="Tabla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ombreadoclaro-nfasis1">
    <w:name w:val="Light Shading Accent 1"/>
    <w:basedOn w:val="Tabla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ombreadoclaro-nfasis2">
    <w:name w:val="Light Shading Accent 2"/>
    <w:basedOn w:val="Tabla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ombreadoclaro-nfasis3">
    <w:name w:val="Light Shading Accent 3"/>
    <w:basedOn w:val="Tabla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ombreadoclaro-nfasis4">
    <w:name w:val="Light Shading Accent 4"/>
    <w:basedOn w:val="Tabla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claro-nfasis5">
    <w:name w:val="Light Shading Accent 5"/>
    <w:basedOn w:val="Tabla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6">
    <w:name w:val="Light Shading Accent 6"/>
    <w:basedOn w:val="Tabla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aclara">
    <w:name w:val="Light List"/>
    <w:basedOn w:val="Tab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aclara-nfasis1">
    <w:name w:val="Light List Accent 1"/>
    <w:basedOn w:val="Tab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aclara-nfasis2">
    <w:name w:val="Light List Accent 2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aclara-nfasis3">
    <w:name w:val="Light List Accent 3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aclara-nfasis4">
    <w:name w:val="Light List Accent 4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aclara-nfasis5">
    <w:name w:val="Light List Accent 5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aclara-nfasis6">
    <w:name w:val="Light List Accent 6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Cuadrculaclara">
    <w:name w:val="Light Grid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Cuadrculaclara-nfasis1">
    <w:name w:val="Light Grid Accent 1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Cuadrculaclara-nfasis2">
    <w:name w:val="Light Grid Accent 2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Cuadrculaclara-nfasis3">
    <w:name w:val="Light Grid Accent 3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Cuadrculaclara-nfasis4">
    <w:name w:val="Light Grid Accent 4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Cuadrculaclara-nfasis5">
    <w:name w:val="Light Grid Accent 5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Cuadrculaclara-nfasis6">
    <w:name w:val="Light Grid Accent 6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ombreadomedio1">
    <w:name w:val="Medium Shading 1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3">
    <w:name w:val="Medium Shading 1 Accent 3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4">
    <w:name w:val="Medium Shading 1 Accent 4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5">
    <w:name w:val="Medium Shading 1 Accent 5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6">
    <w:name w:val="Medium Shading 1 Accent 6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2">
    <w:name w:val="Medium Shading 2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1">
    <w:name w:val="Medium Shading 2 Accent 1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2">
    <w:name w:val="Medium Shading 2 Accent 2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3">
    <w:name w:val="Medium Shading 2 Accent 3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4">
    <w:name w:val="Medium Shading 2 Accent 4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5">
    <w:name w:val="Medium Shading 2 Accent 5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6">
    <w:name w:val="Medium Shading 2 Accent 6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amedia1">
    <w:name w:val="Medium List 1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amedia1-nfasis1">
    <w:name w:val="Medium List 1 Accent 1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amedia1-nfasis2">
    <w:name w:val="Medium List 1 Accent 2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amedia1-nfasis3">
    <w:name w:val="Medium List 1 Accent 3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amedia1-nfasis4">
    <w:name w:val="Medium List 1 Accent 4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amedia1-nfasis5">
    <w:name w:val="Medium List 1 Accent 5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amedia1-nfasis6">
    <w:name w:val="Medium List 1 Accent 6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amedia2">
    <w:name w:val="Medium List 2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1">
    <w:name w:val="Medium List 2 Accent 1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2">
    <w:name w:val="Medium List 2 Accent 2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3">
    <w:name w:val="Medium List 2 Accent 3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4">
    <w:name w:val="Medium List 2 Accent 4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5">
    <w:name w:val="Medium List 2 Accent 5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6">
    <w:name w:val="Medium List 2 Accent 6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Cuadrculamedia1">
    <w:name w:val="Medium Grid 1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uadrculamedia1-nfasis1">
    <w:name w:val="Medium Grid 1 Accent 1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uadrculamedia1-nfasis2">
    <w:name w:val="Medium Grid 1 Accent 2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uadrculamedia1-nfasis3">
    <w:name w:val="Medium Grid 1 Accent 3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uadrculamedia1-nfasis4">
    <w:name w:val="Medium Grid 1 Accent 4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uadrculamedia1-nfasis5">
    <w:name w:val="Medium Grid 1 Accent 5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uadrculamedia1-nfasis6">
    <w:name w:val="Medium Grid 1 Accent 6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Cuadrculamedia2">
    <w:name w:val="Medium Grid 2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1">
    <w:name w:val="Medium Grid 2 Accent 1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2">
    <w:name w:val="Medium Grid 2 Accent 2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3">
    <w:name w:val="Medium Grid 2 Accent 3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4">
    <w:name w:val="Medium Grid 2 Accent 4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5">
    <w:name w:val="Medium Grid 2 Accent 5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6">
    <w:name w:val="Medium Grid 2 Accent 6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3">
    <w:name w:val="Medium Grid 3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Cuadrculamedia3-nfasis1">
    <w:name w:val="Medium Grid 3 Accent 1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Cuadrculamedia3-nfasis2">
    <w:name w:val="Medium Grid 3 Accent 2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Cuadrculamedia3-nfasis3">
    <w:name w:val="Medium Grid 3 Accent 3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Cuadrculamedia3-nfasis4">
    <w:name w:val="Medium Grid 3 Accent 4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Cuadrculamedia3-nfasis5">
    <w:name w:val="Medium Grid 3 Accent 5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Cuadrculamedia3-nfasis6">
    <w:name w:val="Medium Grid 3 Accent 6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aoscura">
    <w:name w:val="Dark List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aoscura-nfasis1">
    <w:name w:val="Dark List Accent 1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aoscura-nfasis2">
    <w:name w:val="Dark List Accent 2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aoscura-nfasis3">
    <w:name w:val="Dark List Accent 3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aoscura-nfasis4">
    <w:name w:val="Dark List Accent 4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aoscura-nfasis5">
    <w:name w:val="Dark List Accent 5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aoscura-nfasis6">
    <w:name w:val="Dark List Accent 6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ombreadovistoso">
    <w:name w:val="Colorful Shading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1">
    <w:name w:val="Colorful Shading Accent 1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2">
    <w:name w:val="Colorful Shading Accent 2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3">
    <w:name w:val="Colorful Shading Accent 3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ombreadovistoso-nfasis4">
    <w:name w:val="Colorful Shading Accent 4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5">
    <w:name w:val="Colorful Shading Accent 5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6">
    <w:name w:val="Colorful Shading Accent 6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avistosa">
    <w:name w:val="Colorful List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avistosa-nfasis1">
    <w:name w:val="Colorful List Accent 1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avistosa-nfasis2">
    <w:name w:val="Colorful List Accent 2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avistosa-nfasis3">
    <w:name w:val="Colorful List Accent 3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avistosa-nfasis4">
    <w:name w:val="Colorful List Accent 4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avistosa-nfasis5">
    <w:name w:val="Colorful List Accent 5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avistosa-nfasis6">
    <w:name w:val="Colorful List Accent 6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uadrculavistosa">
    <w:name w:val="Colorful Grid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uadrculavistosa-nfasis1">
    <w:name w:val="Colorful Grid Accent 1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uadrculavistosa-nfasis2">
    <w:name w:val="Colorful Grid Accent 2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uadrculavistosa-nfasis3">
    <w:name w:val="Colorful Grid Accent 3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uadrculavistosa-nfasis4">
    <w:name w:val="Colorful Grid Accent 4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uadrculavistosa-nfasis5">
    <w:name w:val="Colorful Grid Accent 5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uadrculavistosa-nfasis6">
    <w:name w:val="Colorful Grid Accent 6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142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928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Soffia Francisca Ortega Sandoval (soffia.ortega)</cp:lastModifiedBy>
  <cp:revision>2</cp:revision>
  <dcterms:created xsi:type="dcterms:W3CDTF">2013-12-23T23:15:00Z</dcterms:created>
  <dcterms:modified xsi:type="dcterms:W3CDTF">2026-04-27T15:53:00Z</dcterms:modified>
  <cp:category/>
</cp:coreProperties>
</file>