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490BF" w14:textId="77777777" w:rsidR="00C05E08" w:rsidRPr="00C05E08" w:rsidRDefault="00B02FF7" w:rsidP="00C05E08">
      <w:pPr>
        <w:spacing w:after="0"/>
        <w:jc w:val="center"/>
        <w:rPr>
          <w:rFonts w:ascii="Raleway" w:hAnsi="Raleway"/>
          <w:b/>
          <w:bCs/>
          <w:color w:val="C00000"/>
          <w:lang w:val="es-CL"/>
        </w:rPr>
      </w:pPr>
      <w:r w:rsidRPr="00C05E08">
        <w:rPr>
          <w:rFonts w:ascii="Raleway" w:hAnsi="Raleway"/>
          <w:b/>
          <w:bCs/>
          <w:color w:val="C00000"/>
          <w:lang w:val="es-CL"/>
        </w:rPr>
        <w:t>CARTA DE PATROCINIO DOCENTE</w:t>
      </w:r>
    </w:p>
    <w:p w14:paraId="7D7F8DDD" w14:textId="4FDB262E" w:rsidR="00423245" w:rsidRPr="00C05E08" w:rsidRDefault="00B02FF7" w:rsidP="00C05E08">
      <w:pPr>
        <w:spacing w:after="0"/>
        <w:jc w:val="center"/>
        <w:rPr>
          <w:rFonts w:ascii="Raleway" w:hAnsi="Raleway"/>
          <w:b/>
          <w:bCs/>
          <w:color w:val="C00000"/>
          <w:lang w:val="es-CL"/>
        </w:rPr>
      </w:pPr>
      <w:r w:rsidRPr="00C05E08">
        <w:rPr>
          <w:rFonts w:ascii="Raleway" w:hAnsi="Raleway"/>
          <w:b/>
          <w:bCs/>
          <w:color w:val="C00000"/>
          <w:lang w:val="es-CL"/>
        </w:rPr>
        <w:t>Programa “Quiero Ser Docente” – Universidad de Chile</w:t>
      </w:r>
    </w:p>
    <w:p w14:paraId="217249DA" w14:textId="77777777" w:rsidR="00423245" w:rsidRPr="00C05E08" w:rsidRDefault="00423245" w:rsidP="00C05E08">
      <w:pPr>
        <w:jc w:val="both"/>
        <w:rPr>
          <w:rFonts w:ascii="Raleway" w:hAnsi="Raleway"/>
          <w:lang w:val="es-CL"/>
        </w:rPr>
      </w:pPr>
    </w:p>
    <w:p w14:paraId="3887FFB2" w14:textId="77777777" w:rsidR="00423245" w:rsidRPr="00C05E08" w:rsidRDefault="00B02FF7" w:rsidP="00B537B5">
      <w:pPr>
        <w:jc w:val="both"/>
        <w:rPr>
          <w:rFonts w:ascii="Raleway" w:hAnsi="Raleway"/>
          <w:lang w:val="es-CL"/>
        </w:rPr>
      </w:pPr>
      <w:r w:rsidRPr="00C05E08">
        <w:rPr>
          <w:rFonts w:ascii="Raleway" w:hAnsi="Raleway"/>
          <w:lang w:val="es-CL"/>
        </w:rPr>
        <w:t>Estimado/a equipo del Programa “Quiero Ser Docente”:</w:t>
      </w:r>
    </w:p>
    <w:p w14:paraId="266036E2" w14:textId="37B5825D" w:rsidR="00C05E08" w:rsidRDefault="00B02FF7" w:rsidP="00B537B5">
      <w:pPr>
        <w:jc w:val="both"/>
        <w:rPr>
          <w:rFonts w:ascii="Raleway" w:hAnsi="Raleway"/>
          <w:lang w:val="es-CL"/>
        </w:rPr>
      </w:pPr>
      <w:r w:rsidRPr="00C05E08">
        <w:rPr>
          <w:rFonts w:ascii="Raleway" w:hAnsi="Raleway"/>
          <w:lang w:val="es-CL"/>
        </w:rPr>
        <w:t xml:space="preserve">Junto con saludar, recomiendo la postulación </w:t>
      </w:r>
      <w:r w:rsidR="00B537B5">
        <w:rPr>
          <w:rFonts w:ascii="Raleway" w:hAnsi="Raleway"/>
          <w:lang w:val="es-CL"/>
        </w:rPr>
        <w:t xml:space="preserve">de </w:t>
      </w:r>
      <w:r w:rsidR="00C05E08">
        <w:rPr>
          <w:rFonts w:ascii="Raleway" w:hAnsi="Raleway"/>
          <w:lang w:val="es-CL"/>
        </w:rPr>
        <w:t xml:space="preserve">(indicar nombre completo de la persona que postula) </w:t>
      </w:r>
      <w:r w:rsidRPr="00C05E08">
        <w:rPr>
          <w:rFonts w:ascii="Raleway" w:hAnsi="Raleway"/>
          <w:lang w:val="es-CL"/>
        </w:rPr>
        <w:t>RUT</w:t>
      </w:r>
      <w:r w:rsidR="00B537B5">
        <w:rPr>
          <w:rFonts w:ascii="Raleway" w:hAnsi="Raleway"/>
          <w:lang w:val="es-CL"/>
        </w:rPr>
        <w:t xml:space="preserve"> </w:t>
      </w:r>
      <w:r w:rsidR="00C05E08">
        <w:rPr>
          <w:rFonts w:ascii="Raleway" w:hAnsi="Raleway"/>
          <w:lang w:val="es-CL"/>
        </w:rPr>
        <w:t xml:space="preserve">(con punto y </w:t>
      </w:r>
      <w:proofErr w:type="spellStart"/>
      <w:r w:rsidR="00C05E08">
        <w:rPr>
          <w:rFonts w:ascii="Raleway" w:hAnsi="Raleway"/>
          <w:lang w:val="es-CL"/>
        </w:rPr>
        <w:t>guión</w:t>
      </w:r>
      <w:proofErr w:type="spellEnd"/>
      <w:r w:rsidR="00C05E08">
        <w:rPr>
          <w:rFonts w:ascii="Raleway" w:hAnsi="Raleway"/>
          <w:lang w:val="es-CL"/>
        </w:rPr>
        <w:t xml:space="preserve">) </w:t>
      </w:r>
      <w:r w:rsidRPr="00C05E08">
        <w:rPr>
          <w:rFonts w:ascii="Raleway" w:hAnsi="Raleway"/>
          <w:lang w:val="es-CL"/>
        </w:rPr>
        <w:t xml:space="preserve">quien actualmente cursa </w:t>
      </w:r>
      <w:r w:rsidR="00C05E08">
        <w:rPr>
          <w:rFonts w:ascii="Raleway" w:hAnsi="Raleway"/>
          <w:lang w:val="es-CL"/>
        </w:rPr>
        <w:t>3°</w:t>
      </w:r>
      <w:r w:rsidRPr="00C05E08">
        <w:rPr>
          <w:rFonts w:ascii="Raleway" w:hAnsi="Raleway"/>
          <w:lang w:val="es-CL"/>
        </w:rPr>
        <w:t xml:space="preserve"> medio en el establecimiento </w:t>
      </w:r>
      <w:r w:rsidR="00C05E08">
        <w:rPr>
          <w:rFonts w:ascii="Raleway" w:hAnsi="Raleway"/>
          <w:lang w:val="es-CL"/>
        </w:rPr>
        <w:t>(indicar el nombre del establecimiento).</w:t>
      </w:r>
    </w:p>
    <w:p w14:paraId="42C0BDCF" w14:textId="137DE0C7" w:rsidR="00423245" w:rsidRPr="00C05E08" w:rsidRDefault="00B02FF7" w:rsidP="00B537B5">
      <w:pPr>
        <w:jc w:val="both"/>
        <w:rPr>
          <w:rFonts w:ascii="Raleway" w:hAnsi="Raleway"/>
          <w:lang w:val="es-CL"/>
        </w:rPr>
      </w:pPr>
      <w:r w:rsidRPr="00C05E08">
        <w:rPr>
          <w:rFonts w:ascii="Raleway" w:hAnsi="Raleway"/>
          <w:lang w:val="es-CL"/>
        </w:rPr>
        <w:t xml:space="preserve">En mi rol como </w:t>
      </w:r>
      <w:r w:rsidRPr="00C05E08">
        <w:rPr>
          <w:rFonts w:ascii="Raleway" w:hAnsi="Raleway"/>
          <w:lang w:val="es-CL"/>
        </w:rPr>
        <w:t>(profesor/a jef</w:t>
      </w:r>
      <w:r w:rsidRPr="00C05E08">
        <w:rPr>
          <w:rFonts w:ascii="Raleway" w:hAnsi="Raleway"/>
          <w:lang w:val="es-CL"/>
        </w:rPr>
        <w:t>e o de asignatura</w:t>
      </w:r>
      <w:r w:rsidR="00C05E08">
        <w:rPr>
          <w:rFonts w:ascii="Raleway" w:hAnsi="Raleway"/>
          <w:lang w:val="es-CL"/>
        </w:rPr>
        <w:t xml:space="preserve"> u otro</w:t>
      </w:r>
      <w:r w:rsidRPr="00C05E08">
        <w:rPr>
          <w:rFonts w:ascii="Raleway" w:hAnsi="Raleway"/>
          <w:lang w:val="es-CL"/>
        </w:rPr>
        <w:t>), he tenido la oportunidad de conocer su desempeño académico y su participación en el contexto escolar.</w:t>
      </w:r>
    </w:p>
    <w:p w14:paraId="75DB7EF2" w14:textId="00A1FA76" w:rsidR="00B537B5" w:rsidRDefault="00B02FF7" w:rsidP="00B537B5">
      <w:pPr>
        <w:jc w:val="both"/>
        <w:rPr>
          <w:rFonts w:ascii="Raleway" w:hAnsi="Raleway"/>
          <w:lang w:val="es-CL"/>
        </w:rPr>
      </w:pPr>
      <w:r w:rsidRPr="00C05E08">
        <w:rPr>
          <w:rFonts w:ascii="Raleway" w:hAnsi="Raleway"/>
          <w:lang w:val="es-CL"/>
        </w:rPr>
        <w:t>A continuación, describo algunos aspectos relevantes de su desarrollo</w:t>
      </w:r>
      <w:r w:rsidR="00C05E08">
        <w:rPr>
          <w:rFonts w:ascii="Raleway" w:hAnsi="Raleway"/>
          <w:lang w:val="es-CL"/>
        </w:rPr>
        <w:t xml:space="preserve">: </w:t>
      </w: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8780"/>
      </w:tblGrid>
      <w:tr w:rsidR="00B537B5" w14:paraId="2A502C14" w14:textId="77777777" w:rsidTr="00B53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0" w:type="dxa"/>
          </w:tcPr>
          <w:p w14:paraId="1CB281A1" w14:textId="75BC3F2A" w:rsidR="00B537B5" w:rsidRPr="00B537B5" w:rsidRDefault="00B537B5" w:rsidP="00B537B5">
            <w:pPr>
              <w:spacing w:line="276" w:lineRule="auto"/>
              <w:jc w:val="both"/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</w:pPr>
            <w:r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>I</w:t>
            </w:r>
            <w:r w:rsidRPr="00B537B5"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>ndique ejemplos concretos y observables de las actitudes de quien postula en una o más de las siguientes dimensiones:</w:t>
            </w:r>
          </w:p>
          <w:p w14:paraId="0723C4E6" w14:textId="77777777" w:rsidR="00B537B5" w:rsidRPr="00B537B5" w:rsidRDefault="00B537B5" w:rsidP="00B537B5">
            <w:pPr>
              <w:pStyle w:val="Prrafode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</w:pPr>
            <w:r w:rsidRPr="00B537B5"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>Participación y trabajo con otros/as: Describa brevemente cómo participa el/la estudiante en actividades grupales, trabajos en equipo u otras instancias colaborativas (indique ejemplos concretos)</w:t>
            </w:r>
          </w:p>
          <w:p w14:paraId="02456301" w14:textId="77777777" w:rsidR="00B537B5" w:rsidRPr="00B537B5" w:rsidRDefault="00B537B5" w:rsidP="00B537B5">
            <w:pPr>
              <w:pStyle w:val="Prrafode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</w:pPr>
            <w:r w:rsidRPr="00B537B5"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>Organización y responsabilidad académica: Comente cómo el/la estudiante organiza su trabajo escolar, cumple con tareas y enfrenta sus responsabilidades. Indique ejemplos concretos:</w:t>
            </w:r>
          </w:p>
          <w:p w14:paraId="3AF3E0B9" w14:textId="77777777" w:rsidR="00B537B5" w:rsidRPr="00B537B5" w:rsidRDefault="00B537B5" w:rsidP="00B537B5">
            <w:pPr>
              <w:pStyle w:val="Prrafode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</w:pPr>
            <w:r w:rsidRPr="00B537B5"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>Disposición al aprendizaje y compromiso Describa actitudes como interés por aprender, perseverancia o participación en clases u otras actividades:</w:t>
            </w:r>
          </w:p>
          <w:p w14:paraId="3900FE5D" w14:textId="77777777" w:rsidR="00B537B5" w:rsidRPr="00B537B5" w:rsidRDefault="00B537B5" w:rsidP="00B537B5">
            <w:pPr>
              <w:pStyle w:val="Prrafode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</w:pPr>
            <w:r w:rsidRPr="00B537B5"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>Apoyo a sus pares y convivencia: Señale si el/la estudiante colabora con otros/as, apoya a sus compañeros/as o contribuye a un buen ambiente de aprendizaje:</w:t>
            </w:r>
          </w:p>
          <w:p w14:paraId="762B0881" w14:textId="77777777" w:rsidR="00B537B5" w:rsidRPr="00B537B5" w:rsidRDefault="00B537B5" w:rsidP="00B537B5">
            <w:pPr>
              <w:pStyle w:val="Prrafode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</w:pPr>
            <w:r w:rsidRPr="00B537B5"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>Otras fortalezas o características relevantes: Si lo considera pertinente, mencione otras cualidades, disposiciones o experiencias del/la estudiante que respalden su recomendación, aunque no estén incluidas en los puntos anteriores:</w:t>
            </w:r>
          </w:p>
          <w:p w14:paraId="6BF22B15" w14:textId="77777777" w:rsidR="00B537B5" w:rsidRPr="00B537B5" w:rsidRDefault="00B537B5" w:rsidP="00B537B5">
            <w:pPr>
              <w:pStyle w:val="Prrafode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</w:pPr>
            <w:r w:rsidRPr="00B537B5">
              <w:rPr>
                <w:rFonts w:ascii="Raleway" w:hAnsi="Raleway"/>
                <w:b w:val="0"/>
                <w:bCs w:val="0"/>
                <w:i/>
                <w:iCs/>
                <w:color w:val="7F7F7F" w:themeColor="text1" w:themeTint="80"/>
                <w:lang w:val="es-CL"/>
              </w:rPr>
              <w:t xml:space="preserve"> Comentario general (opcional): Puede agregar cualquier información adicional que considere importante para su postulación al programa:</w:t>
            </w:r>
          </w:p>
          <w:p w14:paraId="69D84EB4" w14:textId="77777777" w:rsidR="00B537B5" w:rsidRDefault="00B537B5" w:rsidP="00B537B5">
            <w:pPr>
              <w:rPr>
                <w:rFonts w:ascii="Raleway" w:hAnsi="Raleway"/>
                <w:lang w:val="es-CL"/>
              </w:rPr>
            </w:pPr>
          </w:p>
        </w:tc>
      </w:tr>
    </w:tbl>
    <w:p w14:paraId="2EE8FED7" w14:textId="25E24313" w:rsidR="00423245" w:rsidRPr="00C05E08" w:rsidRDefault="00B537B5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Raleway" w:hAnsi="Raleway"/>
          <w:lang w:val="es-CL"/>
        </w:rPr>
      </w:pPr>
      <w:r w:rsidRPr="00B537B5">
        <w:rPr>
          <w:rFonts w:ascii="Raleway" w:hAnsi="Raleway"/>
          <w:lang w:val="es-CL"/>
        </w:rPr>
        <w:t xml:space="preserve">Declaro que la información entregada es verídica y corresponde a mi apreciación profesional sobre </w:t>
      </w:r>
      <w:r>
        <w:rPr>
          <w:rFonts w:ascii="Raleway" w:hAnsi="Raleway"/>
          <w:lang w:val="es-CL"/>
        </w:rPr>
        <w:t>la persona postulante.</w:t>
      </w:r>
    </w:p>
    <w:p w14:paraId="3B8544FD" w14:textId="4956FF94" w:rsidR="00423245" w:rsidRPr="00B537B5" w:rsidRDefault="00B02FF7" w:rsidP="00B537B5">
      <w:pPr>
        <w:spacing w:after="0"/>
        <w:rPr>
          <w:rFonts w:ascii="Raleway" w:hAnsi="Raleway"/>
          <w:b/>
          <w:bCs/>
          <w:lang w:val="es-CL"/>
        </w:rPr>
      </w:pPr>
      <w:r w:rsidRPr="00B537B5">
        <w:rPr>
          <w:rFonts w:ascii="Raleway" w:hAnsi="Raleway"/>
          <w:b/>
          <w:bCs/>
          <w:lang w:val="es-CL"/>
        </w:rPr>
        <w:t>Nombre docente</w:t>
      </w:r>
      <w:r w:rsidR="00B537B5">
        <w:rPr>
          <w:rFonts w:ascii="Raleway" w:hAnsi="Raleway"/>
          <w:b/>
          <w:bCs/>
          <w:lang w:val="es-CL"/>
        </w:rPr>
        <w:tab/>
      </w:r>
      <w:r w:rsidRPr="00B537B5">
        <w:rPr>
          <w:rFonts w:ascii="Raleway" w:hAnsi="Raleway"/>
          <w:b/>
          <w:bCs/>
          <w:lang w:val="es-CL"/>
        </w:rPr>
        <w:t>:</w:t>
      </w:r>
    </w:p>
    <w:p w14:paraId="02B4714F" w14:textId="2997A9C8" w:rsidR="00423245" w:rsidRPr="00B537B5" w:rsidRDefault="00B02FF7" w:rsidP="00B537B5">
      <w:pPr>
        <w:spacing w:after="0"/>
        <w:rPr>
          <w:rFonts w:ascii="Raleway" w:hAnsi="Raleway"/>
          <w:b/>
          <w:bCs/>
          <w:lang w:val="es-CL"/>
        </w:rPr>
      </w:pPr>
      <w:r w:rsidRPr="00B537B5">
        <w:rPr>
          <w:rFonts w:ascii="Raleway" w:hAnsi="Raleway"/>
          <w:b/>
          <w:bCs/>
          <w:lang w:val="es-CL"/>
        </w:rPr>
        <w:t>Asignatura / Rol</w:t>
      </w:r>
      <w:r w:rsidR="00B537B5">
        <w:rPr>
          <w:rFonts w:ascii="Raleway" w:hAnsi="Raleway"/>
          <w:b/>
          <w:bCs/>
          <w:lang w:val="es-CL"/>
        </w:rPr>
        <w:tab/>
      </w:r>
      <w:r w:rsidRPr="00B537B5">
        <w:rPr>
          <w:rFonts w:ascii="Raleway" w:hAnsi="Raleway"/>
          <w:b/>
          <w:bCs/>
          <w:lang w:val="es-CL"/>
        </w:rPr>
        <w:t>:</w:t>
      </w:r>
    </w:p>
    <w:p w14:paraId="5F6B9D8B" w14:textId="3A592F67" w:rsidR="00423245" w:rsidRPr="00B537B5" w:rsidRDefault="00B02FF7" w:rsidP="00B537B5">
      <w:pPr>
        <w:spacing w:after="0"/>
        <w:rPr>
          <w:rFonts w:ascii="Raleway" w:hAnsi="Raleway"/>
          <w:b/>
          <w:bCs/>
          <w:lang w:val="es-CL"/>
        </w:rPr>
      </w:pPr>
      <w:r w:rsidRPr="00B537B5">
        <w:rPr>
          <w:rFonts w:ascii="Raleway" w:hAnsi="Raleway"/>
          <w:b/>
          <w:bCs/>
          <w:lang w:val="es-CL"/>
        </w:rPr>
        <w:t>Establecimiento</w:t>
      </w:r>
      <w:r w:rsidR="00B537B5">
        <w:rPr>
          <w:rFonts w:ascii="Raleway" w:hAnsi="Raleway"/>
          <w:b/>
          <w:bCs/>
          <w:lang w:val="es-CL"/>
        </w:rPr>
        <w:tab/>
      </w:r>
      <w:r w:rsidRPr="00B537B5">
        <w:rPr>
          <w:rFonts w:ascii="Raleway" w:hAnsi="Raleway"/>
          <w:b/>
          <w:bCs/>
          <w:lang w:val="es-CL"/>
        </w:rPr>
        <w:t xml:space="preserve">: </w:t>
      </w:r>
    </w:p>
    <w:p w14:paraId="3E87C008" w14:textId="0A7C62C8" w:rsidR="00423245" w:rsidRPr="00B537B5" w:rsidRDefault="00B02FF7" w:rsidP="00B537B5">
      <w:pPr>
        <w:spacing w:after="0"/>
        <w:rPr>
          <w:rFonts w:ascii="Raleway" w:hAnsi="Raleway"/>
          <w:b/>
          <w:bCs/>
          <w:lang w:val="es-CL"/>
        </w:rPr>
      </w:pPr>
      <w:r w:rsidRPr="00B537B5">
        <w:rPr>
          <w:rFonts w:ascii="Raleway" w:hAnsi="Raleway"/>
          <w:b/>
          <w:bCs/>
          <w:lang w:val="es-CL"/>
        </w:rPr>
        <w:t>Correo electrónico</w:t>
      </w:r>
      <w:r w:rsidR="00B537B5">
        <w:rPr>
          <w:rFonts w:ascii="Raleway" w:hAnsi="Raleway"/>
          <w:b/>
          <w:bCs/>
          <w:lang w:val="es-CL"/>
        </w:rPr>
        <w:tab/>
      </w:r>
      <w:r w:rsidRPr="00B537B5">
        <w:rPr>
          <w:rFonts w:ascii="Raleway" w:hAnsi="Raleway"/>
          <w:b/>
          <w:bCs/>
          <w:lang w:val="es-CL"/>
        </w:rPr>
        <w:t xml:space="preserve">: </w:t>
      </w:r>
    </w:p>
    <w:p w14:paraId="78DEB7E9" w14:textId="7403DA87" w:rsidR="00423245" w:rsidRPr="00B537B5" w:rsidRDefault="00B02FF7" w:rsidP="00B537B5">
      <w:pPr>
        <w:spacing w:after="0"/>
        <w:rPr>
          <w:rFonts w:ascii="Raleway" w:hAnsi="Raleway"/>
          <w:b/>
          <w:bCs/>
          <w:lang w:val="es-CL"/>
        </w:rPr>
      </w:pPr>
      <w:r w:rsidRPr="00B537B5">
        <w:rPr>
          <w:rFonts w:ascii="Raleway" w:hAnsi="Raleway"/>
          <w:b/>
          <w:bCs/>
          <w:lang w:val="es-CL"/>
        </w:rPr>
        <w:t>Firma</w:t>
      </w:r>
      <w:r w:rsidR="00B537B5">
        <w:rPr>
          <w:rFonts w:ascii="Raleway" w:hAnsi="Raleway"/>
          <w:b/>
          <w:bCs/>
          <w:lang w:val="es-CL"/>
        </w:rPr>
        <w:tab/>
      </w:r>
      <w:r w:rsidR="00B537B5">
        <w:rPr>
          <w:rFonts w:ascii="Raleway" w:hAnsi="Raleway"/>
          <w:b/>
          <w:bCs/>
          <w:lang w:val="es-CL"/>
        </w:rPr>
        <w:tab/>
      </w:r>
      <w:r w:rsidR="00B537B5">
        <w:rPr>
          <w:rFonts w:ascii="Raleway" w:hAnsi="Raleway"/>
          <w:b/>
          <w:bCs/>
          <w:lang w:val="es-CL"/>
        </w:rPr>
        <w:tab/>
      </w:r>
      <w:r w:rsidRPr="00B537B5">
        <w:rPr>
          <w:rFonts w:ascii="Raleway" w:hAnsi="Raleway"/>
          <w:b/>
          <w:bCs/>
          <w:lang w:val="es-CL"/>
        </w:rPr>
        <w:t xml:space="preserve">: </w:t>
      </w:r>
    </w:p>
    <w:p w14:paraId="13427104" w14:textId="3D829B60" w:rsidR="00423245" w:rsidRPr="00B537B5" w:rsidRDefault="00B02FF7">
      <w:pPr>
        <w:rPr>
          <w:rFonts w:ascii="Raleway" w:hAnsi="Raleway"/>
          <w:b/>
          <w:bCs/>
          <w:lang w:val="es-CL"/>
        </w:rPr>
      </w:pPr>
      <w:r w:rsidRPr="00B537B5">
        <w:rPr>
          <w:rFonts w:ascii="Raleway" w:hAnsi="Raleway"/>
          <w:b/>
          <w:bCs/>
          <w:lang w:val="es-CL"/>
        </w:rPr>
        <w:t>Fecha</w:t>
      </w:r>
      <w:r w:rsidR="00B537B5">
        <w:rPr>
          <w:rFonts w:ascii="Raleway" w:hAnsi="Raleway"/>
          <w:b/>
          <w:bCs/>
          <w:lang w:val="es-CL"/>
        </w:rPr>
        <w:tab/>
      </w:r>
      <w:r w:rsidR="00B537B5">
        <w:rPr>
          <w:rFonts w:ascii="Raleway" w:hAnsi="Raleway"/>
          <w:b/>
          <w:bCs/>
          <w:lang w:val="es-CL"/>
        </w:rPr>
        <w:tab/>
      </w:r>
      <w:r w:rsidR="00B537B5">
        <w:rPr>
          <w:rFonts w:ascii="Raleway" w:hAnsi="Raleway"/>
          <w:b/>
          <w:bCs/>
          <w:lang w:val="es-CL"/>
        </w:rPr>
        <w:tab/>
      </w:r>
      <w:r w:rsidRPr="00B537B5">
        <w:rPr>
          <w:rFonts w:ascii="Raleway" w:hAnsi="Raleway"/>
          <w:b/>
          <w:bCs/>
          <w:lang w:val="es-CL"/>
        </w:rPr>
        <w:t>:</w:t>
      </w:r>
      <w:r w:rsidR="00B537B5">
        <w:rPr>
          <w:rFonts w:ascii="Raleway" w:hAnsi="Raleway"/>
          <w:b/>
          <w:bCs/>
          <w:lang w:val="es-CL"/>
        </w:rPr>
        <w:tab/>
      </w:r>
      <w:r w:rsidRPr="00B537B5">
        <w:rPr>
          <w:rFonts w:ascii="Raleway" w:hAnsi="Raleway"/>
          <w:b/>
          <w:bCs/>
          <w:lang w:val="es-CL"/>
        </w:rPr>
        <w:t xml:space="preserve"> </w:t>
      </w:r>
    </w:p>
    <w:p w14:paraId="76F6543B" w14:textId="77777777" w:rsidR="00423245" w:rsidRPr="00C05E08" w:rsidRDefault="00423245">
      <w:pPr>
        <w:rPr>
          <w:rFonts w:ascii="Raleway" w:hAnsi="Raleway"/>
          <w:lang w:val="es-CL"/>
        </w:rPr>
      </w:pPr>
    </w:p>
    <w:sectPr w:rsidR="00423245" w:rsidRPr="00C05E08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38369" w14:textId="77777777" w:rsidR="00B02FF7" w:rsidRDefault="00B02FF7" w:rsidP="00C05E08">
      <w:pPr>
        <w:spacing w:after="0" w:line="240" w:lineRule="auto"/>
      </w:pPr>
      <w:r>
        <w:separator/>
      </w:r>
    </w:p>
  </w:endnote>
  <w:endnote w:type="continuationSeparator" w:id="0">
    <w:p w14:paraId="3E343F8F" w14:textId="77777777" w:rsidR="00B02FF7" w:rsidRDefault="00B02FF7" w:rsidP="00C0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EA62" w14:textId="77777777" w:rsidR="00C05E08" w:rsidRDefault="00C05E0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D2EB" w14:textId="77777777" w:rsidR="00C05E08" w:rsidRDefault="00C05E0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E85A" w14:textId="77777777" w:rsidR="00C05E08" w:rsidRDefault="00C05E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677E4" w14:textId="77777777" w:rsidR="00B02FF7" w:rsidRDefault="00B02FF7" w:rsidP="00C05E08">
      <w:pPr>
        <w:spacing w:after="0" w:line="240" w:lineRule="auto"/>
      </w:pPr>
      <w:r>
        <w:separator/>
      </w:r>
    </w:p>
  </w:footnote>
  <w:footnote w:type="continuationSeparator" w:id="0">
    <w:p w14:paraId="485EB53D" w14:textId="77777777" w:rsidR="00B02FF7" w:rsidRDefault="00B02FF7" w:rsidP="00C05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70288" w14:textId="0E71AC7B" w:rsidR="00C05E08" w:rsidRDefault="00C05E08">
    <w:pPr>
      <w:pStyle w:val="Encabezado"/>
    </w:pPr>
    <w:r>
      <w:rPr>
        <w:noProof/>
      </w:rPr>
      <w:pict w14:anchorId="39F295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791047" o:spid="_x0000_s2050" type="#_x0000_t75" style="position:absolute;margin-left:0;margin-top:0;width:612.5pt;height:792.5pt;z-index:-251657216;mso-position-horizontal:center;mso-position-horizontal-relative:margin;mso-position-vertical:center;mso-position-vertical-relative:margin" o:allowincell="f">
          <v:imagedata r:id="rId1" o:title="Quiero Ser Docente_plantilla-R-1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65C2" w14:textId="2A6E2ACB" w:rsidR="00C05E08" w:rsidRDefault="00C05E08">
    <w:pPr>
      <w:pStyle w:val="Encabezado"/>
    </w:pPr>
    <w:r>
      <w:rPr>
        <w:noProof/>
      </w:rPr>
      <w:pict w14:anchorId="5F6C80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791048" o:spid="_x0000_s2051" type="#_x0000_t75" style="position:absolute;margin-left:0;margin-top:0;width:612.5pt;height:792.5pt;z-index:-251656192;mso-position-horizontal:center;mso-position-horizontal-relative:margin;mso-position-vertical:center;mso-position-vertical-relative:margin" o:allowincell="f">
          <v:imagedata r:id="rId1" o:title="Quiero Ser Docente_plantilla-R-1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40E2" w14:textId="5089C592" w:rsidR="00C05E08" w:rsidRDefault="00C05E08">
    <w:pPr>
      <w:pStyle w:val="Encabezado"/>
    </w:pPr>
    <w:r>
      <w:rPr>
        <w:noProof/>
      </w:rPr>
      <w:pict w14:anchorId="506D5C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791046" o:spid="_x0000_s2049" type="#_x0000_t75" style="position:absolute;margin-left:0;margin-top:0;width:612.5pt;height:792.5pt;z-index:-251658240;mso-position-horizontal:center;mso-position-horizontal-relative:margin;mso-position-vertical:center;mso-position-vertical-relative:margin" o:allowincell="f">
          <v:imagedata r:id="rId1" o:title="Quiero Ser Docente_plantilla-R-1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C363C1"/>
    <w:multiLevelType w:val="hybridMultilevel"/>
    <w:tmpl w:val="76E6C50A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6016B6"/>
    <w:multiLevelType w:val="hybridMultilevel"/>
    <w:tmpl w:val="F872E6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3245"/>
    <w:rsid w:val="00AA1D8D"/>
    <w:rsid w:val="00B02FF7"/>
    <w:rsid w:val="00B47730"/>
    <w:rsid w:val="00B537B5"/>
    <w:rsid w:val="00C05E0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506F34"/>
  <w14:defaultImageDpi w14:val="300"/>
  <w15:docId w15:val="{315A8862-37EE-4B10-9F3E-323D7F1E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anormal1">
    <w:name w:val="Plain Table 1"/>
    <w:basedOn w:val="Tablanormal"/>
    <w:uiPriority w:val="99"/>
    <w:rsid w:val="00C05E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Soffia Francisca Ortega Sandoval (soffia.ortega)</cp:lastModifiedBy>
  <cp:revision>2</cp:revision>
  <dcterms:created xsi:type="dcterms:W3CDTF">2013-12-23T23:15:00Z</dcterms:created>
  <dcterms:modified xsi:type="dcterms:W3CDTF">2026-04-24T20:39:00Z</dcterms:modified>
  <cp:category/>
</cp:coreProperties>
</file>